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CENTRAL ADMINISTRATION PROGRAM DESCRIPTION FY2027</w:t>
      </w:r>
    </w:p>
    <w:p>
      <w:r>
        <w:rPr>
          <w:b/>
        </w:rPr>
        <w:t xml:space="preserve">Agency Name:  </w:t>
      </w:r>
      <w:sdt>
        <w:sdtPr>
          <w:tag w:val="ADMIN_AGENCY_NAME"/>
          <w:alias w:val="ADMIN_AGENCY_NAME"/>
          <w:text/>
        </w:sdtPr>
        <w:sdtContent>
          <w:r>
            <w:t>{{ADMIN_AGENCY_NAME}}</w:t>
          </w:r>
        </w:sdtContent>
      </w:sdt>
    </w:p>
    <w:p>
      <w:r>
        <w:rPr>
          <w:b/>
        </w:rPr>
        <w:t xml:space="preserve">Program Name:  </w:t>
      </w:r>
      <w:sdt>
        <w:sdtPr>
          <w:tag w:val="ADMIN_PROGRAM_NAME"/>
          <w:alias w:val="ADMIN_PROGRAM_NAME"/>
          <w:text/>
        </w:sdtPr>
        <w:sdtContent>
          <w:r>
            <w:t>{{ADMIN_PROGRAM_NAME}}</w:t>
          </w:r>
        </w:sdtContent>
      </w:sdt>
    </w:p>
    <w:p>
      <w:r>
        <w:rPr>
          <w:b/>
        </w:rPr>
        <w:t xml:space="preserve">Central Administration Location(s):  </w:t>
      </w:r>
      <w:sdt>
        <w:sdtPr>
          <w:tag w:val="ADMIN_LOCATIONS"/>
          <w:alias w:val="ADMIN_LOCATIONS"/>
          <w:text/>
        </w:sdtPr>
        <w:sdtContent>
          <w:r>
            <w:t>{{ADMIN_LOCATIONS}}</w:t>
          </w:r>
        </w:sdtContent>
      </w:sdt>
    </w:p>
    <w:p>
      <w:pPr>
        <w:pStyle w:val="Heading1"/>
      </w:pPr>
      <w:r>
        <w:t>Brief Description of Structure and Functions of Central Administration:</w:t>
      </w:r>
    </w:p>
    <w:p>
      <w:sdt>
        <w:sdtPr>
          <w:tag w:val="ADMIN_DESCRIPTION_1"/>
          <w:alias w:val="ADMIN_DESCRIPTION_1"/>
          <w:text/>
        </w:sdtPr>
        <w:sdtContent>
          <w:r>
            <w:t>{{ADMIN_DESCRIPTION_1}}</w:t>
          </w:r>
        </w:sdtContent>
      </w:sdt>
    </w:p>
    <w:p>
      <w:sdt>
        <w:sdtPr>
          <w:tag w:val="ADMIN_DESCRIPTION_2"/>
          <w:alias w:val="ADMIN_DESCRIPTION_2"/>
          <w:text/>
        </w:sdtPr>
        <w:sdtContent>
          <w:r>
            <w:t>{{ADMIN_DESCRIPTION_2}}</w:t>
          </w:r>
        </w:sdtContent>
      </w:sdt>
    </w:p>
    <w:p>
      <w:sdt>
        <w:sdtPr>
          <w:tag w:val="ADMIN_DESCRIPTION_3"/>
          <w:alias w:val="ADMIN_DESCRIPTION_3"/>
          <w:text/>
        </w:sdtPr>
        <w:sdtContent>
          <w:r>
            <w:t>{{ADMIN_DESCRIPTION_3}}</w:t>
          </w:r>
        </w:sdtContent>
      </w:sdt>
    </w:p>
    <w:p>
      <w:pPr>
        <w:pStyle w:val="Heading1"/>
      </w:pPr>
      <w:r>
        <w:t>Staffing Pattern: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3331"/>
          </w:tcPr>
          <w:p>
            <w:r>
              <w:t>Pos. #</w:t>
            </w:r>
          </w:p>
        </w:tc>
        <w:tc>
          <w:tcPr>
            <w:tcW w:type="dxa" w:w="3331"/>
          </w:tcPr>
          <w:p>
            <w:r>
              <w:t>Position Title</w:t>
            </w:r>
          </w:p>
        </w:tc>
        <w:tc>
          <w:tcPr>
            <w:tcW w:type="dxa" w:w="3331"/>
          </w:tcPr>
          <w:p>
            <w:r>
              <w:t>Annual Hours</w:t>
            </w:r>
          </w:p>
        </w:tc>
      </w:tr>
      <w:tr>
        <w:tc>
          <w:tcPr>
            <w:tcW w:type="dxa" w:w="3331"/>
          </w:tcPr>
          <w:p>
            <w:sdt>
              <w:sdtPr>
                <w:tag w:val="ROW1_1"/>
                <w:alias w:val="ROW1_1"/>
                <w:text/>
              </w:sdtPr>
              <w:sdtContent>
                <w:r>
                  <w:t>{{ROW1_1}}</w:t>
                </w:r>
              </w:sdtContent>
            </w:sdt>
          </w:p>
        </w:tc>
        <w:tc>
          <w:tcPr>
            <w:tcW w:type="dxa" w:w="3331"/>
          </w:tcPr>
          <w:p>
            <w:sdt>
              <w:sdtPr>
                <w:tag w:val="ROW1_2"/>
                <w:alias w:val="ROW1_2"/>
                <w:text/>
              </w:sdtPr>
              <w:sdtContent>
                <w:r>
                  <w:t>{{ROW1_2}}</w:t>
                </w:r>
              </w:sdtContent>
            </w:sdt>
          </w:p>
        </w:tc>
        <w:tc>
          <w:tcPr>
            <w:tcW w:type="dxa" w:w="3331"/>
          </w:tcPr>
          <w:p>
            <w:sdt>
              <w:sdtPr>
                <w:tag w:val="ROW1_3"/>
                <w:alias w:val="ROW1_3"/>
                <w:text/>
              </w:sdtPr>
              <w:sdtContent>
                <w:r>
                  <w:t>{{ROW1_3}}</w:t>
                </w:r>
              </w:sdtContent>
            </w:sdt>
          </w:p>
        </w:tc>
      </w:tr>
      <w:tr>
        <w:tc>
          <w:tcPr>
            <w:tcW w:type="dxa" w:w="3331"/>
          </w:tcPr>
          <w:p>
            <w:sdt>
              <w:sdtPr>
                <w:tag w:val="ROW2_1"/>
                <w:alias w:val="ROW2_1"/>
                <w:text/>
              </w:sdtPr>
              <w:sdtContent>
                <w:r>
                  <w:t>{{ROW2_1}}</w:t>
                </w:r>
              </w:sdtContent>
            </w:sdt>
          </w:p>
        </w:tc>
        <w:tc>
          <w:tcPr>
            <w:tcW w:type="dxa" w:w="3331"/>
          </w:tcPr>
          <w:p>
            <w:sdt>
              <w:sdtPr>
                <w:tag w:val="ROW2_2"/>
                <w:alias w:val="ROW2_2"/>
                <w:text/>
              </w:sdtPr>
              <w:sdtContent>
                <w:r>
                  <w:t>{{ROW2_2}}</w:t>
                </w:r>
              </w:sdtContent>
            </w:sdt>
          </w:p>
        </w:tc>
        <w:tc>
          <w:tcPr>
            <w:tcW w:type="dxa" w:w="3331"/>
          </w:tcPr>
          <w:p>
            <w:sdt>
              <w:sdtPr>
                <w:tag w:val="ROW2_3"/>
                <w:alias w:val="ROW2_3"/>
                <w:text/>
              </w:sdtPr>
              <w:sdtContent>
                <w:r>
                  <w:t>{{ROW2_3}}</w:t>
                </w:r>
              </w:sdtContent>
            </w:sdt>
          </w:p>
        </w:tc>
      </w:tr>
      <w:tr>
        <w:tc>
          <w:tcPr>
            <w:tcW w:type="dxa" w:w="3331"/>
          </w:tcPr>
          <w:p>
            <w:sdt>
              <w:sdtPr>
                <w:tag w:val="ROW3_1"/>
                <w:alias w:val="ROW3_1"/>
                <w:text/>
              </w:sdtPr>
              <w:sdtContent>
                <w:r>
                  <w:t>{{ROW3_1}}</w:t>
                </w:r>
              </w:sdtContent>
            </w:sdt>
          </w:p>
        </w:tc>
        <w:tc>
          <w:tcPr>
            <w:tcW w:type="dxa" w:w="3331"/>
          </w:tcPr>
          <w:p>
            <w:sdt>
              <w:sdtPr>
                <w:tag w:val="ROW3_2"/>
                <w:alias w:val="ROW3_2"/>
                <w:text/>
              </w:sdtPr>
              <w:sdtContent>
                <w:r>
                  <w:t>{{ROW3_2}}</w:t>
                </w:r>
              </w:sdtContent>
            </w:sdt>
          </w:p>
        </w:tc>
        <w:tc>
          <w:tcPr>
            <w:tcW w:type="dxa" w:w="3331"/>
          </w:tcPr>
          <w:p>
            <w:sdt>
              <w:sdtPr>
                <w:tag w:val="ROW3_3"/>
                <w:alias w:val="ROW3_3"/>
                <w:text/>
              </w:sdtPr>
              <w:sdtContent>
                <w:r>
                  <w:t>{{ROW3_3}}</w:t>
                </w:r>
              </w:sdtContent>
            </w:sdt>
          </w:p>
        </w:tc>
      </w:tr>
      <w:tr>
        <w:tc>
          <w:tcPr>
            <w:tcW w:type="dxa" w:w="3331"/>
          </w:tcPr>
          <w:p>
            <w:sdt>
              <w:sdtPr>
                <w:tag w:val="ROW4_1"/>
                <w:alias w:val="ROW4_1"/>
                <w:text/>
              </w:sdtPr>
              <w:sdtContent>
                <w:r>
                  <w:t>{{ROW4_1}}</w:t>
                </w:r>
              </w:sdtContent>
            </w:sdt>
          </w:p>
        </w:tc>
        <w:tc>
          <w:tcPr>
            <w:tcW w:type="dxa" w:w="3331"/>
          </w:tcPr>
          <w:p>
            <w:sdt>
              <w:sdtPr>
                <w:tag w:val="ROW4_2"/>
                <w:alias w:val="ROW4_2"/>
                <w:text/>
              </w:sdtPr>
              <w:sdtContent>
                <w:r>
                  <w:t>{{ROW4_2}}</w:t>
                </w:r>
              </w:sdtContent>
            </w:sdt>
          </w:p>
        </w:tc>
        <w:tc>
          <w:tcPr>
            <w:tcW w:type="dxa" w:w="3331"/>
          </w:tcPr>
          <w:p>
            <w:sdt>
              <w:sdtPr>
                <w:tag w:val="ROW4_3"/>
                <w:alias w:val="ROW4_3"/>
                <w:text/>
              </w:sdtPr>
              <w:sdtContent>
                <w:r>
                  <w:t>{{ROW4_3}}</w:t>
                </w:r>
              </w:sdtContent>
            </w:sdt>
          </w:p>
        </w:tc>
      </w:tr>
      <w:tr>
        <w:tc>
          <w:tcPr>
            <w:tcW w:type="dxa" w:w="3331"/>
          </w:tcPr>
          <w:p>
            <w:sdt>
              <w:sdtPr>
                <w:tag w:val="ROW5_1"/>
                <w:alias w:val="ROW5_1"/>
                <w:text/>
              </w:sdtPr>
              <w:sdtContent>
                <w:r>
                  <w:t>{{ROW5_1}}</w:t>
                </w:r>
              </w:sdtContent>
            </w:sdt>
          </w:p>
        </w:tc>
        <w:tc>
          <w:tcPr>
            <w:tcW w:type="dxa" w:w="3331"/>
          </w:tcPr>
          <w:p>
            <w:sdt>
              <w:sdtPr>
                <w:tag w:val="ROW5_2"/>
                <w:alias w:val="ROW5_2"/>
                <w:text/>
              </w:sdtPr>
              <w:sdtContent>
                <w:r>
                  <w:t>{{ROW5_2}}</w:t>
                </w:r>
              </w:sdtContent>
            </w:sdt>
          </w:p>
        </w:tc>
        <w:tc>
          <w:tcPr>
            <w:tcW w:type="dxa" w:w="3331"/>
          </w:tcPr>
          <w:p>
            <w:sdt>
              <w:sdtPr>
                <w:tag w:val="ROW5_3"/>
                <w:alias w:val="ROW5_3"/>
                <w:text/>
              </w:sdtPr>
              <w:sdtContent>
                <w:r>
                  <w:t>{{ROW5_3}}</w:t>
                </w:r>
              </w:sdtContent>
            </w:sdt>
          </w:p>
        </w:tc>
      </w:tr>
    </w:tbl>
    <w:p>
      <w:r>
        <w:t>Add additional rows as needed. In Word, press Tab in the last table cell to add a row.</w:t>
      </w:r>
    </w:p>
    <w:p>
      <w:r>
        <w:br w:type="page"/>
      </w:r>
    </w:p>
    <w:p>
      <w:pPr>
        <w:pStyle w:val="Title"/>
      </w:pPr>
      <w:r>
        <w:t>PROGRAM DESCRIPTION FY2027</w:t>
      </w:r>
    </w:p>
    <w:p>
      <w:r>
        <w:t>Please complete one of these forms for each agency program. (See instructions)</w:t>
      </w:r>
    </w:p>
    <w:p>
      <w:r>
        <w:rPr>
          <w:b/>
        </w:rPr>
        <w:t xml:space="preserve">Agency Name:  </w:t>
      </w:r>
      <w:sdt>
        <w:sdtPr>
          <w:tag w:val="PROGRAM_AGENCY_NAME"/>
          <w:alias w:val="PROGRAM_AGENCY_NAME"/>
          <w:text/>
        </w:sdtPr>
        <w:sdtContent>
          <w:r>
            <w:t>{{PROGRAM_AGENCY_NAME}}</w:t>
          </w:r>
        </w:sdtContent>
      </w:sdt>
    </w:p>
    <w:p>
      <w:r>
        <w:rPr>
          <w:b/>
        </w:rPr>
        <w:t xml:space="preserve">Program Name:  </w:t>
      </w:r>
      <w:sdt>
        <w:sdtPr>
          <w:tag w:val="PROGRAM_NAME"/>
          <w:alias w:val="PROGRAM_NAME"/>
          <w:text/>
        </w:sdtPr>
        <w:sdtContent>
          <w:r>
            <w:t>{{PROGRAM_NAME}}</w:t>
          </w:r>
        </w:sdtContent>
      </w:sdt>
    </w:p>
    <w:p>
      <w:pPr>
        <w:pStyle w:val="Heading1"/>
      </w:pPr>
      <w:r>
        <w:t>Type of Program:</w:t>
      </w:r>
    </w:p>
    <w:p>
      <w:r>
        <w:t>Mental Health:  ☐ Treatment   ☐ Prevention</w:t>
      </w:r>
    </w:p>
    <w:p>
      <w:r>
        <w:t>AOD:  ☐ Treatment   ☐ Prevention</w:t>
      </w:r>
    </w:p>
    <w:p>
      <w:r>
        <w:rPr>
          <w:b/>
        </w:rPr>
        <w:t xml:space="preserve">Other:  </w:t>
      </w:r>
      <w:sdt>
        <w:sdtPr>
          <w:tag w:val="OTHER_PROGRAM_TYPE"/>
          <w:alias w:val="OTHER_PROGRAM_TYPE"/>
          <w:text/>
        </w:sdtPr>
        <w:sdtContent>
          <w:r>
            <w:t>{{OTHER_PROGRAM_TYPE}}</w:t>
          </w:r>
        </w:sdtContent>
      </w:sdt>
    </w:p>
    <w:p>
      <w:r>
        <w:rPr>
          <w:b/>
        </w:rPr>
        <w:t xml:space="preserve">Program Location:  </w:t>
      </w:r>
      <w:sdt>
        <w:sdtPr>
          <w:tag w:val="PROGRAM_LOCATION"/>
          <w:alias w:val="PROGRAM_LOCATION"/>
          <w:text/>
        </w:sdtPr>
        <w:sdtContent>
          <w:r>
            <w:t>{{PROGRAM_LOCATION}}</w:t>
          </w:r>
        </w:sdtContent>
      </w:sdt>
    </w:p>
    <w:p>
      <w:pPr>
        <w:pStyle w:val="Heading1"/>
      </w:pPr>
      <w:r>
        <w:t>Program Description (including any tracked outcomes):</w:t>
      </w:r>
    </w:p>
    <w:p>
      <w:sdt>
        <w:sdtPr>
          <w:tag w:val="PROGRAM_DESCRIPTION_1"/>
          <w:alias w:val="PROGRAM_DESCRIPTION_1"/>
          <w:text/>
        </w:sdtPr>
        <w:sdtContent>
          <w:r>
            <w:t>{{PROGRAM_DESCRIPTION_1}}</w:t>
          </w:r>
        </w:sdtContent>
      </w:sdt>
    </w:p>
    <w:p>
      <w:sdt>
        <w:sdtPr>
          <w:tag w:val="PROGRAM_DESCRIPTION_2"/>
          <w:alias w:val="PROGRAM_DESCRIPTION_2"/>
          <w:text/>
        </w:sdtPr>
        <w:sdtContent>
          <w:r>
            <w:t>{{PROGRAM_DESCRIPTION_2}}</w:t>
          </w:r>
        </w:sdtContent>
      </w:sdt>
    </w:p>
    <w:p>
      <w:sdt>
        <w:sdtPr>
          <w:tag w:val="PROGRAM_DESCRIPTION_3"/>
          <w:alias w:val="PROGRAM_DESCRIPTION_3"/>
          <w:text/>
        </w:sdtPr>
        <w:sdtContent>
          <w:r>
            <w:t>{{PROGRAM_DESCRIPTION_3}}</w:t>
          </w:r>
        </w:sdtContent>
      </w:sdt>
    </w:p>
    <w:p>
      <w:pPr>
        <w:pStyle w:val="Heading1"/>
      </w:pPr>
      <w:r>
        <w:t>Staffing Pattern: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2498"/>
          </w:tcPr>
          <w:p>
            <w:r>
              <w:t>Pos. #</w:t>
            </w:r>
          </w:p>
        </w:tc>
        <w:tc>
          <w:tcPr>
            <w:tcW w:type="dxa" w:w="2498"/>
          </w:tcPr>
          <w:p>
            <w:r>
              <w:t>Position Title</w:t>
            </w:r>
          </w:p>
        </w:tc>
        <w:tc>
          <w:tcPr>
            <w:tcW w:type="dxa" w:w="2498"/>
          </w:tcPr>
          <w:p>
            <w:r>
              <w:t>Staff Name</w:t>
            </w:r>
          </w:p>
        </w:tc>
        <w:tc>
          <w:tcPr>
            <w:tcW w:type="dxa" w:w="2498"/>
          </w:tcPr>
          <w:p>
            <w:r>
              <w:t>Annual Hours For This Program</w:t>
            </w:r>
          </w:p>
        </w:tc>
      </w:tr>
      <w:tr>
        <w:tc>
          <w:tcPr>
            <w:tcW w:type="dxa" w:w="2498"/>
          </w:tcPr>
          <w:p>
            <w:sdt>
              <w:sdtPr>
                <w:tag w:val="ROW1_1"/>
                <w:alias w:val="ROW1_1"/>
                <w:text/>
              </w:sdtPr>
              <w:sdtContent>
                <w:r>
                  <w:t>{{ROW1_1}}</w:t>
                </w:r>
              </w:sdtContent>
            </w:sdt>
          </w:p>
        </w:tc>
        <w:tc>
          <w:tcPr>
            <w:tcW w:type="dxa" w:w="2498"/>
          </w:tcPr>
          <w:p>
            <w:sdt>
              <w:sdtPr>
                <w:tag w:val="ROW1_2"/>
                <w:alias w:val="ROW1_2"/>
                <w:text/>
              </w:sdtPr>
              <w:sdtContent>
                <w:r>
                  <w:t>{{ROW1_2}}</w:t>
                </w:r>
              </w:sdtContent>
            </w:sdt>
          </w:p>
        </w:tc>
        <w:tc>
          <w:tcPr>
            <w:tcW w:type="dxa" w:w="2498"/>
          </w:tcPr>
          <w:p>
            <w:sdt>
              <w:sdtPr>
                <w:tag w:val="ROW1_3"/>
                <w:alias w:val="ROW1_3"/>
                <w:text/>
              </w:sdtPr>
              <w:sdtContent>
                <w:r>
                  <w:t>{{ROW1_3}}</w:t>
                </w:r>
              </w:sdtContent>
            </w:sdt>
          </w:p>
        </w:tc>
        <w:tc>
          <w:tcPr>
            <w:tcW w:type="dxa" w:w="2498"/>
          </w:tcPr>
          <w:p>
            <w:sdt>
              <w:sdtPr>
                <w:tag w:val="ROW1_4"/>
                <w:alias w:val="ROW1_4"/>
                <w:text/>
              </w:sdtPr>
              <w:sdtContent>
                <w:r>
                  <w:t>{{ROW1_4}}</w:t>
                </w:r>
              </w:sdtContent>
            </w:sdt>
          </w:p>
        </w:tc>
      </w:tr>
      <w:tr>
        <w:tc>
          <w:tcPr>
            <w:tcW w:type="dxa" w:w="2498"/>
          </w:tcPr>
          <w:p>
            <w:sdt>
              <w:sdtPr>
                <w:tag w:val="ROW2_1"/>
                <w:alias w:val="ROW2_1"/>
                <w:text/>
              </w:sdtPr>
              <w:sdtContent>
                <w:r>
                  <w:t>{{ROW2_1}}</w:t>
                </w:r>
              </w:sdtContent>
            </w:sdt>
          </w:p>
        </w:tc>
        <w:tc>
          <w:tcPr>
            <w:tcW w:type="dxa" w:w="2498"/>
          </w:tcPr>
          <w:p>
            <w:sdt>
              <w:sdtPr>
                <w:tag w:val="ROW2_2"/>
                <w:alias w:val="ROW2_2"/>
                <w:text/>
              </w:sdtPr>
              <w:sdtContent>
                <w:r>
                  <w:t>{{ROW2_2}}</w:t>
                </w:r>
              </w:sdtContent>
            </w:sdt>
          </w:p>
        </w:tc>
        <w:tc>
          <w:tcPr>
            <w:tcW w:type="dxa" w:w="2498"/>
          </w:tcPr>
          <w:p>
            <w:sdt>
              <w:sdtPr>
                <w:tag w:val="ROW2_3"/>
                <w:alias w:val="ROW2_3"/>
                <w:text/>
              </w:sdtPr>
              <w:sdtContent>
                <w:r>
                  <w:t>{{ROW2_3}}</w:t>
                </w:r>
              </w:sdtContent>
            </w:sdt>
          </w:p>
        </w:tc>
        <w:tc>
          <w:tcPr>
            <w:tcW w:type="dxa" w:w="2498"/>
          </w:tcPr>
          <w:p>
            <w:sdt>
              <w:sdtPr>
                <w:tag w:val="ROW2_4"/>
                <w:alias w:val="ROW2_4"/>
                <w:text/>
              </w:sdtPr>
              <w:sdtContent>
                <w:r>
                  <w:t>{{ROW2_4}}</w:t>
                </w:r>
              </w:sdtContent>
            </w:sdt>
          </w:p>
        </w:tc>
      </w:tr>
      <w:tr>
        <w:tc>
          <w:tcPr>
            <w:tcW w:type="dxa" w:w="2498"/>
          </w:tcPr>
          <w:p>
            <w:sdt>
              <w:sdtPr>
                <w:tag w:val="ROW3_1"/>
                <w:alias w:val="ROW3_1"/>
                <w:text/>
              </w:sdtPr>
              <w:sdtContent>
                <w:r>
                  <w:t>{{ROW3_1}}</w:t>
                </w:r>
              </w:sdtContent>
            </w:sdt>
          </w:p>
        </w:tc>
        <w:tc>
          <w:tcPr>
            <w:tcW w:type="dxa" w:w="2498"/>
          </w:tcPr>
          <w:p>
            <w:sdt>
              <w:sdtPr>
                <w:tag w:val="ROW3_2"/>
                <w:alias w:val="ROW3_2"/>
                <w:text/>
              </w:sdtPr>
              <w:sdtContent>
                <w:r>
                  <w:t>{{ROW3_2}}</w:t>
                </w:r>
              </w:sdtContent>
            </w:sdt>
          </w:p>
        </w:tc>
        <w:tc>
          <w:tcPr>
            <w:tcW w:type="dxa" w:w="2498"/>
          </w:tcPr>
          <w:p>
            <w:sdt>
              <w:sdtPr>
                <w:tag w:val="ROW3_3"/>
                <w:alias w:val="ROW3_3"/>
                <w:text/>
              </w:sdtPr>
              <w:sdtContent>
                <w:r>
                  <w:t>{{ROW3_3}}</w:t>
                </w:r>
              </w:sdtContent>
            </w:sdt>
          </w:p>
        </w:tc>
        <w:tc>
          <w:tcPr>
            <w:tcW w:type="dxa" w:w="2498"/>
          </w:tcPr>
          <w:p>
            <w:sdt>
              <w:sdtPr>
                <w:tag w:val="ROW3_4"/>
                <w:alias w:val="ROW3_4"/>
                <w:text/>
              </w:sdtPr>
              <w:sdtContent>
                <w:r>
                  <w:t>{{ROW3_4}}</w:t>
                </w:r>
              </w:sdtContent>
            </w:sdt>
          </w:p>
        </w:tc>
      </w:tr>
      <w:tr>
        <w:tc>
          <w:tcPr>
            <w:tcW w:type="dxa" w:w="2498"/>
          </w:tcPr>
          <w:p>
            <w:sdt>
              <w:sdtPr>
                <w:tag w:val="ROW4_1"/>
                <w:alias w:val="ROW4_1"/>
                <w:text/>
              </w:sdtPr>
              <w:sdtContent>
                <w:r>
                  <w:t>{{ROW4_1}}</w:t>
                </w:r>
              </w:sdtContent>
            </w:sdt>
          </w:p>
        </w:tc>
        <w:tc>
          <w:tcPr>
            <w:tcW w:type="dxa" w:w="2498"/>
          </w:tcPr>
          <w:p>
            <w:sdt>
              <w:sdtPr>
                <w:tag w:val="ROW4_2"/>
                <w:alias w:val="ROW4_2"/>
                <w:text/>
              </w:sdtPr>
              <w:sdtContent>
                <w:r>
                  <w:t>{{ROW4_2}}</w:t>
                </w:r>
              </w:sdtContent>
            </w:sdt>
          </w:p>
        </w:tc>
        <w:tc>
          <w:tcPr>
            <w:tcW w:type="dxa" w:w="2498"/>
          </w:tcPr>
          <w:p>
            <w:sdt>
              <w:sdtPr>
                <w:tag w:val="ROW4_3"/>
                <w:alias w:val="ROW4_3"/>
                <w:text/>
              </w:sdtPr>
              <w:sdtContent>
                <w:r>
                  <w:t>{{ROW4_3}}</w:t>
                </w:r>
              </w:sdtContent>
            </w:sdt>
          </w:p>
        </w:tc>
        <w:tc>
          <w:tcPr>
            <w:tcW w:type="dxa" w:w="2498"/>
          </w:tcPr>
          <w:p>
            <w:sdt>
              <w:sdtPr>
                <w:tag w:val="ROW4_4"/>
                <w:alias w:val="ROW4_4"/>
                <w:text/>
              </w:sdtPr>
              <w:sdtContent>
                <w:r>
                  <w:t>{{ROW4_4}}</w:t>
                </w:r>
              </w:sdtContent>
            </w:sdt>
          </w:p>
        </w:tc>
      </w:tr>
    </w:tbl>
    <w:p>
      <w:r>
        <w:t>Add additional rows as needed. In Word, press Tab in the last table cell to add a row.</w:t>
      </w:r>
    </w:p>
    <w:sectPr w:rsidR="00FC693F" w:rsidRPr="0006063C" w:rsidSect="00034616">
      <w:pgSz w:w="12240" w:h="15840"/>
      <w:pgMar w:top="979" w:right="1123" w:bottom="936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FY2027 Central Administration and Program Description Forms</dc:title>
  <dc:subject>Accessible editable funding application forms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